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40"/>
        </w:rPr>
        <w:t>Attest van lidmaatschap bij een sportclub</w:t>
      </w:r>
    </w:p>
    <w:p>
      <w:pPr>
        <w:spacing w:after="120"/>
      </w:pPr>
      <w:r>
        <w:rPr>
          <w:b w:val="0"/>
          <w:i w:val="0"/>
          <w:color w:val="555B66"/>
          <w:sz w:val="22"/>
        </w:rPr>
        <w:t>Voor de tegemoetkoming „sport” van het ziekenfonds</w:t>
      </w:r>
    </w:p>
    <w:p>
      <w:pPr>
        <w:spacing w:after="160"/>
      </w:pPr>
      <w:r>
        <w:rPr>
          <w:b w:val="0"/>
          <w:i/>
          <w:color w:val="B45309"/>
          <w:sz w:val="18"/>
        </w:rPr>
        <w:t>Sjabloon om aan te passen aan uw club. Sommige ziekenfondsen vragen hun eigen formulier: controleer de website van het ziekenfonds van het lid. Verwijder deze regel voor u afdrukt.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1. De club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Naam van de club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Ondernemingsnummer (KBO)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Federatie (indien van toepassing)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Verantwoordelijke (naam en functie)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Telefoon / e-mail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2. Het lid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Naam en voornaam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Geboortedatum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Adres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80"/>
      </w:pPr>
      <w:r>
        <w:rPr>
          <w:b w:val="0"/>
          <w:i w:val="0"/>
        </w:rPr>
        <w:t>Kleefbriefje van het ziekenfonds (hier kleven) of rijksregisternummer: …………………………………………</w:t>
      </w:r>
    </w:p>
    <w:p>
      <w:pPr>
        <w:spacing w:after="80" w:before="200"/>
        <w:pBdr>
          <w:bottom w:val="single" w:sz="6" w:space="1" w:color="0B8F7C"/>
        </w:pBdr>
      </w:pPr>
      <w:r>
        <w:rPr>
          <w:b/>
          <w:i w:val="0"/>
          <w:sz w:val="24"/>
        </w:rPr>
        <w:t>3. Het lidmaatschap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Sporttak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Periode van lidmaatschap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Betaald lidgeld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  <w:tr>
        <w:tc>
          <w:tcPr>
            <w:tcW w:type="dxa" w:w="2948"/>
          </w:tcPr>
          <w:p>
            <w:pPr>
              <w:spacing w:after="100"/>
            </w:pPr>
            <w:r>
              <w:rPr>
                <w:sz w:val="21"/>
              </w:rPr>
              <w:t>Datum van betaling</w:t>
            </w:r>
          </w:p>
        </w:tc>
        <w:tc>
          <w:tcPr>
            <w:tcW w:type="dxa" w:w="6690"/>
          </w:tcPr>
          <w:p>
            <w:pPr>
              <w:spacing w:after="100"/>
            </w:pPr>
            <w:r>
              <w:rPr>
                <w:color w:val="9A9A9A"/>
                <w:sz w:val="21"/>
              </w:rPr>
              <w:t>......................................................................</w:t>
            </w:r>
          </w:p>
        </w:tc>
      </w:tr>
    </w:tbl>
    <w:p>
      <w:pPr>
        <w:spacing w:before="160"/>
      </w:pPr>
      <w:r>
        <w:rPr>
          <w:b w:val="0"/>
          <w:i w:val="0"/>
        </w:rPr>
        <w:t>Ondergetekende ……………………………………………, in de hoedanigheid van …………………………………, verklaart dat de bovenvermelde persoon voor de vermelde periode lid is van onze club en het vermelde lidgeld heeft betaald.</w:t>
      </w:r>
    </w:p>
    <w:p>
      <w:pPr>
        <w:spacing w:before="160"/>
      </w:pPr>
      <w:r>
        <w:rPr>
          <w:b w:val="0"/>
          <w:i w:val="0"/>
        </w:rPr>
        <w:t>Opgemaakt te ……………………………… op …… / …… / ……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20"/>
              </w:rPr>
              <w:t>Handtekening van de verantwoordelijke</w:t>
            </w:r>
          </w:p>
          <w:p>
            <w:r>
              <w:br/>
              <w:br/>
              <w:t>............................................</w:t>
            </w:r>
          </w:p>
        </w:tc>
        <w:tc>
          <w:tcPr>
            <w:tcW w:type="dxa" w:w="4819"/>
          </w:tcPr>
          <w:p>
            <w:r>
              <w:rPr>
                <w:sz w:val="20"/>
              </w:rPr>
              <w:t>Stempel van de club</w:t>
            </w:r>
          </w:p>
          <w:p>
            <w:r>
              <w:br/>
              <w:br/>
              <w:t>............................................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8F98"/>
        <w:sz w:val="16"/>
      </w:rPr>
      <w:t>Gratis sjabloon van MPass · mpass.be · met MPass maakt u dit attest vanuit de fiche van het lid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MPass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nl-BE</dc:language>
</cp:coreProperties>
</file>