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Attestation d’affiliation à un club sportif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Pour l’intervention « sport » de la mutualité</w:t>
      </w:r>
    </w:p>
    <w:p>
      <w:pPr>
        <w:spacing w:after="160"/>
      </w:pPr>
      <w:r>
        <w:rPr>
          <w:b w:val="0"/>
          <w:i/>
          <w:color w:val="B45309"/>
          <w:sz w:val="18"/>
        </w:rPr>
        <w:t>Modèle à adapter à votre club. Certaines mutualités exigent leur propre formulaire : vérifiez sur le site de la mutualité du membre. Supprimez cette ligne avant d’imprimer.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1. Le club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Nom du club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Adresse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N° d’entreprise (BCE)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Fédération (le cas échéant)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Responsable (nom et fonction)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Téléphone / email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2. Le membre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Nom et prénom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Date de naissance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Adresse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80"/>
      </w:pPr>
      <w:r>
        <w:rPr>
          <w:b w:val="0"/>
          <w:i w:val="0"/>
        </w:rPr>
        <w:t>Vignette de la mutualité (à coller ici) ou numéro de registre national : …………………………………………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3. L’affiliation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Discipline sportive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Période d’affiliation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Montant de la cotisation payée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Date du paiement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60"/>
      </w:pPr>
      <w:r>
        <w:rPr>
          <w:b w:val="0"/>
          <w:i w:val="0"/>
        </w:rPr>
        <w:t>Je soussigné(e) ……………………………………………, en qualité de …………………………………, certifie que la personne ci-dessus est affiliée à notre club pour la période indiquée et a payé la cotisation mentionnée.</w:t>
      </w:r>
    </w:p>
    <w:p>
      <w:pPr>
        <w:spacing w:before="160"/>
      </w:pPr>
      <w:r>
        <w:rPr>
          <w:b w:val="0"/>
          <w:i w:val="0"/>
        </w:rPr>
        <w:t>Fait à ……………………………… le …… /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Signature du responsable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Cachet du club</w:t>
            </w:r>
          </w:p>
          <w:p>
            <w:r>
              <w:br/>
              <w:br/>
              <w:t>............................................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Modèle gratuit proposé par MPass · mpass.be · avec MPass, cette attestation se crée depuis la fiche du membre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fr-BE</dc:language>
</cp:coreProperties>
</file>