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Aufnahmeantrag</w:t>
      </w:r>
    </w:p>
    <w:p>
      <w:pPr>
        <w:spacing w:after="120"/>
      </w:pPr>
      <w:r>
        <w:rPr>
          <w:b w:val="0"/>
          <w:i w:val="0"/>
          <w:color w:val="555B66"/>
          <w:sz w:val="22"/>
        </w:rPr>
        <w:t>Beitrittserklärung zum [Name des Vereins] e. V.</w:t>
      </w:r>
    </w:p>
    <w:p>
      <w:pPr>
        <w:spacing w:after="160"/>
      </w:pPr>
      <w:r>
        <w:rPr>
          <w:b w:val="0"/>
          <w:i/>
          <w:color w:val="B45309"/>
          <w:sz w:val="18"/>
        </w:rPr>
        <w:t>Vorlage zum Anpassen an Ihren Verein: Texte in eckigen Klammern ersetzen und diese Zeile löschen. Keine Rechtsberatung.</w:t>
      </w:r>
    </w:p>
    <w:p>
      <w:r>
        <w:rPr>
          <w:b/>
          <w:i w:val="0"/>
        </w:rPr>
        <w:t>[Name des Vereins] e. V. · [Anschrift] · [Vereinsregister-Nr.]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1. Persönliche Angaben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Name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Vorname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Geburtsdatum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Straße und Hausnummer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PLZ und Ort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Telefon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E-Mail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2. Mitgliedschaft und Beitrag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102"/>
          </w:tcPr>
          <w:p>
            <w:r>
              <w:rPr>
                <w:b/>
              </w:rPr>
              <w:t>Beitragsart</w:t>
            </w:r>
          </w:p>
        </w:tc>
        <w:tc>
          <w:tcPr>
            <w:tcW w:type="dxa" w:w="2268"/>
          </w:tcPr>
          <w:p>
            <w:r>
              <w:rPr>
                <w:b/>
              </w:rPr>
              <w:t>Jahresbeitrag</w:t>
            </w:r>
          </w:p>
        </w:tc>
        <w:tc>
          <w:tcPr>
            <w:tcW w:type="dxa" w:w="2268"/>
          </w:tcPr>
          <w:p>
            <w:r>
              <w:rPr>
                <w:b/>
              </w:rPr>
              <w:t>Auswahl</w:t>
            </w:r>
          </w:p>
        </w:tc>
      </w:tr>
      <w:tr>
        <w:tc>
          <w:tcPr>
            <w:tcW w:type="dxa" w:w="5102"/>
          </w:tcPr>
          <w:p>
            <w:r>
              <w:t>[Erwachsene]</w:t>
            </w:r>
          </w:p>
        </w:tc>
        <w:tc>
          <w:tcPr>
            <w:tcW w:type="dxa" w:w="2268"/>
          </w:tcPr>
          <w:p>
            <w:r>
              <w:t>…… €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[Kinder und Jugendliche]</w:t>
            </w:r>
          </w:p>
        </w:tc>
        <w:tc>
          <w:tcPr>
            <w:tcW w:type="dxa" w:w="2268"/>
          </w:tcPr>
          <w:p>
            <w:r>
              <w:t>…… €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[Familie]</w:t>
            </w:r>
          </w:p>
        </w:tc>
        <w:tc>
          <w:tcPr>
            <w:tcW w:type="dxa" w:w="2268"/>
          </w:tcPr>
          <w:p>
            <w:r>
              <w:t>…… €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[Passives Mitglied / Fördermitglied]</w:t>
            </w:r>
          </w:p>
        </w:tc>
        <w:tc>
          <w:tcPr>
            <w:tcW w:type="dxa" w:w="2268"/>
          </w:tcPr>
          <w:p>
            <w:r>
              <w:t>…… €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Abteilung / Sportart: …………………………………        Gewünschter Eintritt zum: …… . …… . …………</w:t>
      </w:r>
    </w:p>
    <w:p>
      <w:pPr>
        <w:spacing w:before="80"/>
      </w:pPr>
      <w:r>
        <w:rPr>
          <w:b w:val="0"/>
          <w:i w:val="0"/>
        </w:rPr>
        <w:t>Ich beantrage die Aufnahme in den [Name des Vereins] e. V. Die Satzung und die Beitragsordnung des Vereins erkenne ich an.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3. Bei Minderjährigen</w:t>
      </w:r>
    </w:p>
    <w:p>
      <w:r>
        <w:rPr>
          <w:b w:val="0"/>
          <w:i w:val="0"/>
        </w:rPr>
        <w:t>Wir stimmen dem Beitritt unseres Kindes zu und haften für die Zahlung der Mitgliedsbeiträge bis zur Volljährigkeit.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100"/>
            </w:pPr>
            <w:r>
              <w:rPr>
                <w:sz w:val="21"/>
              </w:rPr>
              <w:t>Name der gesetzlichen Vertreter</w:t>
            </w:r>
          </w:p>
        </w:tc>
        <w:tc>
          <w:tcPr>
            <w:tcW w:type="dxa" w:w="5669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3969"/>
          </w:tcPr>
          <w:p>
            <w:pPr>
              <w:spacing w:after="100"/>
            </w:pPr>
            <w:r>
              <w:rPr>
                <w:sz w:val="21"/>
              </w:rPr>
              <w:t>Telefon</w:t>
            </w:r>
          </w:p>
        </w:tc>
        <w:tc>
          <w:tcPr>
            <w:tcW w:type="dxa" w:w="5669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4. Datenschutz und Fotos</w:t>
      </w:r>
    </w:p>
    <w:p>
      <w:r>
        <w:rPr>
          <w:b w:val="0"/>
          <w:i w:val="0"/>
          <w:sz w:val="19"/>
        </w:rPr>
        <w:t>Der Verein verarbeitet die oben genannten Daten zur Verwaltung der Mitgliedschaft (Art. 6 Abs. 1 lit. b DSGVO). Sie werden an [Verband, Versicherung: bitte angeben] weitergegeben, soweit das für den Vereinszweck nötig ist, und nach dem Austritt nach Ablauf der gesetzlichen Fristen gelöscht. Auskunft, Berichtigung und Löschung: [E-Mail des Vereins]. Die ausführlichen Datenschutzhinweise nach Art. 13 DSGVO habe ich erhalten.</w:t>
      </w:r>
    </w:p>
    <w:p>
      <w:r>
        <w:rPr>
          <w:b w:val="0"/>
          <w:i w:val="0"/>
          <w:sz w:val="19"/>
        </w:rPr>
        <w:t>Fotos und Videos von Vereinsveranstaltungen, auf denen ich (bzw. mein Kind) zu erkennen bin, dürfen auf der Website, in sozialen Medien und in Drucksachen des Vereins veröffentlicht werden:   ☐ ja   ☐ nein.   Die Einwilligung ist freiwillig und kann jederzeit widerrufen werden.</w:t>
      </w:r>
    </w:p>
    <w:p>
      <w:pPr>
        <w:spacing w:before="120"/>
      </w:pPr>
      <w:r>
        <w:rPr>
          <w:b w:val="0"/>
          <w:i w:val="0"/>
        </w:rPr>
        <w:t>Ort, Datum: …………………………………………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Unterschrift des Mitglieds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Unterschrift der gesetzlichen Vertreter (bei Minderjährigen)</w:t>
            </w:r>
          </w:p>
          <w:p>
            <w:r>
              <w:br/>
              <w:br/>
              <w:t>............................................</w:t>
            </w:r>
          </w:p>
        </w:tc>
      </w:tr>
    </w:tbl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5. SEPA-Lastschriftmandat (nur ausfüllen, wenn der Verein per Lastschrift einzieht)</w:t>
      </w:r>
    </w:p>
    <w:p>
      <w:r>
        <w:rPr>
          <w:b w:val="0"/>
          <w:i w:val="0"/>
          <w:sz w:val="19"/>
        </w:rPr>
        <w:t>Gläubiger-Identifikationsnummer: [DE…………………]        Mandatsreferenz: wird separat mitgeteilt</w:t>
      </w:r>
    </w:p>
    <w:p>
      <w:r>
        <w:rPr>
          <w:b w:val="0"/>
          <w:i w:val="0"/>
          <w:sz w:val="19"/>
        </w:rPr>
        <w:t>Ich ermächtige den [Name des Vereins] e. V., Zahlungen von meinem Konto mittels Lastschrift einzuziehen. Zugleich weise ich mein Kreditinstitut an, die vom Verein auf mein Konto gezogenen Lastschriften einzulösen. Hinweis: Ich kann innerhalb von acht Wochen, beginnend mit dem Belastungsdatum, die Erstattung des belasteten Betrages verlangen. Es gelten dabei die mit meinem Kreditinstitut vereinbarten Bedingungen.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Kontoinhaber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IBAN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Ort, Datum, Unterschrift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160"/>
      </w:pPr>
      <w:r>
        <w:rPr>
          <w:b w:val="0"/>
          <w:i w:val="0"/>
          <w:color w:val="555B66"/>
          <w:sz w:val="19"/>
        </w:rPr>
        <w:t>Vom Verein auszufüllen:   Mitgliedsnummer …………   aufgenommen am …… . …… . ………   Vorstand: …………………   ☐ Ausweis verschickt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Kostenlose Vorlage von MPass · mpass.be · der Mitgliedsausweis Ihres Vereins in Apple Wallet und Google Wallet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