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Bulletin d’adhésion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Saison 20…… / 20……</w:t>
      </w:r>
    </w:p>
    <w:p>
      <w:pPr>
        <w:spacing w:after="160"/>
      </w:pPr>
      <w:r>
        <w:rPr>
          <w:b w:val="0"/>
          <w:i/>
          <w:color w:val="B45309"/>
          <w:sz w:val="18"/>
        </w:rPr>
        <w:t>Modèle à adapter à votre association : remplacez les textes entre crochets, puis supprimez cette ligne.</w:t>
      </w:r>
    </w:p>
    <w:p>
      <w:r>
        <w:rPr>
          <w:b/>
          <w:i w:val="0"/>
        </w:rPr>
        <w:t>[Nom de l’association] · [adresse du siège] · [n° RNA ou SIREN (France) / n° d’entreprise (Belgique)]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1. L’adhérent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Nom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Prénom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de naissance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Adresse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Code postal et ville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Téléphone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Email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2. Formule et cotisation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102"/>
          </w:tcPr>
          <w:p>
            <w:r>
              <w:rPr>
                <w:b/>
              </w:rPr>
              <w:t>Formule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Montant</w:t>
            </w:r>
          </w:p>
        </w:tc>
        <w:tc>
          <w:tcPr>
            <w:tcW w:type="dxa" w:w="2268"/>
          </w:tcPr>
          <w:p>
            <w:r>
              <w:rPr>
                <w:b/>
              </w:rPr>
              <w:t>Choix</w:t>
            </w:r>
          </w:p>
        </w:tc>
      </w:tr>
      <w:tr>
        <w:tc>
          <w:tcPr>
            <w:tcW w:type="dxa" w:w="5102"/>
          </w:tcPr>
          <w:p>
            <w:r>
              <w:t>[Adulte]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[Jeune / étudiant]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[Famille]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  <w:tr>
        <w:tc>
          <w:tcPr>
            <w:tcW w:type="dxa" w:w="5102"/>
          </w:tcPr>
          <w:p>
            <w:r>
              <w:t>[Membre de soutien]</w:t>
            </w:r>
          </w:p>
        </w:tc>
        <w:tc>
          <w:tcPr>
            <w:tcW w:type="dxa" w:w="2268"/>
          </w:tcPr>
          <w:p>
            <w:r>
              <w:t>…… €</w:t>
            </w:r>
          </w:p>
        </w:tc>
        <w:tc>
          <w:tcPr>
            <w:tcW w:type="dxa" w:w="2268"/>
          </w:tcPr>
          <w:p>
            <w:r>
              <w:t>☐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Paiement : ☐ virement   ☐ chèque   ☐ espèces   ☐ en ligne        Payé le : …… / …… / ……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3. Pour les mineurs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Nom et prénom du représentant légal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3969"/>
          </w:tcPr>
          <w:p>
            <w:pPr>
              <w:spacing w:after="100"/>
            </w:pPr>
            <w:r>
              <w:rPr>
                <w:sz w:val="21"/>
              </w:rPr>
              <w:t>Téléphone du représentant légal</w:t>
            </w:r>
          </w:p>
        </w:tc>
        <w:tc>
          <w:tcPr>
            <w:tcW w:type="dxa" w:w="5669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r>
        <w:rPr>
          <w:b w:val="0"/>
          <w:i w:val="0"/>
        </w:rPr>
        <w:t>☐ J’autorise mon enfant à adhérer à l’association et à participer à ses activités.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4. Engagement</w:t>
      </w:r>
    </w:p>
    <w:p>
      <w:r>
        <w:rPr>
          <w:b w:val="0"/>
          <w:i w:val="0"/>
        </w:rPr>
        <w:t>☐ J’ai pris connaissance des statuts et du règlement intérieur de l’association, et je les accepte.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5. Droit à l’image</w:t>
      </w:r>
    </w:p>
    <w:p>
      <w:r>
        <w:rPr>
          <w:b w:val="0"/>
          <w:i w:val="0"/>
        </w:rPr>
        <w:t>☐ J’autorise   ☐ Je n’autorise pas   l’association à utiliser des photos ou vidéos sur lesquelles j’apparais (ou mon enfant) pour son site, ses réseaux sociaux et ses affiches. Cette autorisation peut être retirée à tout moment.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6. Vos données personnelles</w:t>
      </w:r>
    </w:p>
    <w:p>
      <w:r>
        <w:rPr>
          <w:b w:val="0"/>
          <w:i w:val="0"/>
          <w:sz w:val="19"/>
        </w:rPr>
        <w:t>Les informations recueillies servent uniquement à gérer votre adhésion et à vous informer de la vie de l’association. Elles sont conservées pendant la durée de l’adhésion, puis [durée à préciser]. Elles ne sont transmises qu’à [fédération, assureur : à préciser]. Vous pouvez demander à consulter, corriger ou supprimer vos données en écrivant à [email de l’association] (règlement général sur la protection des données, RGPD).</w:t>
      </w:r>
    </w:p>
    <w:p>
      <w:pPr>
        <w:spacing w:before="160"/>
      </w:pPr>
      <w:r>
        <w:rPr>
          <w:b w:val="0"/>
          <w:i w:val="0"/>
        </w:rPr>
        <w:t>Fait à ……………………………… le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Signature de l’adhérent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Signature du représentant légal (mineurs)</w:t>
            </w:r>
          </w:p>
          <w:p>
            <w:r>
              <w:br/>
              <w:br/>
              <w:t>............................................</w:t>
            </w:r>
          </w:p>
        </w:tc>
      </w:tr>
    </w:tbl>
    <w:p>
      <w:pPr>
        <w:spacing w:before="200"/>
      </w:pPr>
      <w:r>
        <w:rPr>
          <w:b w:val="0"/>
          <w:i w:val="0"/>
          <w:color w:val="555B66"/>
          <w:sz w:val="19"/>
        </w:rPr>
        <w:t>Cadre réservé à l’association :   N° d’adhérent …………   Reçu le …… / …… / ……   ☐ Carte remise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Modèle gratuit proposé par MPass · mpass.be · la carte de membre de votre club dans Apple Wallet et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