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i w:val="0"/>
          <w:sz w:val="40"/>
        </w:rPr>
        <w:t>Inschrijvingsformulier</w:t>
      </w:r>
    </w:p>
    <w:p>
      <w:pPr>
        <w:spacing w:after="120"/>
      </w:pPr>
      <w:r>
        <w:rPr>
          <w:b w:val="0"/>
          <w:i w:val="0"/>
          <w:color w:val="555B66"/>
          <w:sz w:val="22"/>
        </w:rPr>
        <w:t>Seizoen 20…… / 20……</w:t>
      </w:r>
    </w:p>
    <w:p>
      <w:pPr>
        <w:spacing w:after="160"/>
      </w:pPr>
      <w:r>
        <w:rPr>
          <w:b w:val="0"/>
          <w:i/>
          <w:color w:val="B45309"/>
          <w:sz w:val="18"/>
        </w:rPr>
        <w:t>Sjabloon om aan te passen aan uw vereniging: vervang de tekst tussen haakjes en verwijder daarna deze regel.</w:t>
      </w:r>
    </w:p>
    <w:p>
      <w:r>
        <w:rPr>
          <w:b/>
          <w:i w:val="0"/>
        </w:rPr>
        <w:t>[Naam van de vereniging] · [adres van de zetel] · [ondernemingsnummer]</w:t>
      </w:r>
    </w:p>
    <w:p>
      <w:pPr>
        <w:spacing w:after="80" w:before="200"/>
        <w:pBdr>
          <w:bottom w:val="single" w:sz="6" w:space="1" w:color="0B8F7C"/>
        </w:pBdr>
      </w:pPr>
      <w:r>
        <w:rPr>
          <w:b/>
          <w:i w:val="0"/>
          <w:sz w:val="24"/>
        </w:rPr>
        <w:t>1. Het lid</w:t>
      </w:r>
    </w:p>
    <w:tbl>
      <w:tblPr>
        <w:tblW w:type="auto" w:w="0"/>
        <w:tblLayout w:type="fixed"/>
        <w:tblLook w:firstColumn="1" w:firstRow="1" w:lastColumn="0" w:lastRow="0" w:noHBand="0" w:noVBand="1" w:val="04A0"/>
      </w:tblPr>
      <w:tblGrid>
        <w:gridCol w:w="4819"/>
        <w:gridCol w:w="4819"/>
      </w:tblGrid>
      <w:tr>
        <w:tc>
          <w:tcPr>
            <w:tcW w:type="dxa" w:w="2948"/>
          </w:tcPr>
          <w:p>
            <w:pPr>
              <w:spacing w:after="100"/>
            </w:pPr>
            <w:r>
              <w:rPr>
                <w:sz w:val="21"/>
              </w:rPr>
              <w:t>Naam</w:t>
            </w:r>
          </w:p>
        </w:tc>
        <w:tc>
          <w:tcPr>
            <w:tcW w:type="dxa" w:w="6690"/>
          </w:tcPr>
          <w:p>
            <w:pPr>
              <w:spacing w:after="100"/>
            </w:pPr>
            <w:r>
              <w:rPr>
                <w:color w:val="9A9A9A"/>
                <w:sz w:val="21"/>
              </w:rPr>
              <w:t>......................................................................</w:t>
            </w:r>
          </w:p>
        </w:tc>
      </w:tr>
      <w:tr>
        <w:tc>
          <w:tcPr>
            <w:tcW w:type="dxa" w:w="2948"/>
          </w:tcPr>
          <w:p>
            <w:pPr>
              <w:spacing w:after="100"/>
            </w:pPr>
            <w:r>
              <w:rPr>
                <w:sz w:val="21"/>
              </w:rPr>
              <w:t>Voornaam</w:t>
            </w:r>
          </w:p>
        </w:tc>
        <w:tc>
          <w:tcPr>
            <w:tcW w:type="dxa" w:w="6690"/>
          </w:tcPr>
          <w:p>
            <w:pPr>
              <w:spacing w:after="100"/>
            </w:pPr>
            <w:r>
              <w:rPr>
                <w:color w:val="9A9A9A"/>
                <w:sz w:val="21"/>
              </w:rPr>
              <w:t>......................................................................</w:t>
            </w:r>
          </w:p>
        </w:tc>
      </w:tr>
      <w:tr>
        <w:tc>
          <w:tcPr>
            <w:tcW w:type="dxa" w:w="2948"/>
          </w:tcPr>
          <w:p>
            <w:pPr>
              <w:spacing w:after="100"/>
            </w:pPr>
            <w:r>
              <w:rPr>
                <w:sz w:val="21"/>
              </w:rPr>
              <w:t>Geboortedatum</w:t>
            </w:r>
          </w:p>
        </w:tc>
        <w:tc>
          <w:tcPr>
            <w:tcW w:type="dxa" w:w="6690"/>
          </w:tcPr>
          <w:p>
            <w:pPr>
              <w:spacing w:after="100"/>
            </w:pPr>
            <w:r>
              <w:rPr>
                <w:color w:val="9A9A9A"/>
                <w:sz w:val="21"/>
              </w:rPr>
              <w:t>......................................................................</w:t>
            </w:r>
          </w:p>
        </w:tc>
      </w:tr>
      <w:tr>
        <w:tc>
          <w:tcPr>
            <w:tcW w:type="dxa" w:w="2948"/>
          </w:tcPr>
          <w:p>
            <w:pPr>
              <w:spacing w:after="100"/>
            </w:pPr>
            <w:r>
              <w:rPr>
                <w:sz w:val="21"/>
              </w:rPr>
              <w:t>Adres</w:t>
            </w:r>
          </w:p>
        </w:tc>
        <w:tc>
          <w:tcPr>
            <w:tcW w:type="dxa" w:w="6690"/>
          </w:tcPr>
          <w:p>
            <w:pPr>
              <w:spacing w:after="100"/>
            </w:pPr>
            <w:r>
              <w:rPr>
                <w:color w:val="9A9A9A"/>
                <w:sz w:val="21"/>
              </w:rPr>
              <w:t>......................................................................</w:t>
            </w:r>
          </w:p>
        </w:tc>
      </w:tr>
      <w:tr>
        <w:tc>
          <w:tcPr>
            <w:tcW w:type="dxa" w:w="2948"/>
          </w:tcPr>
          <w:p>
            <w:pPr>
              <w:spacing w:after="100"/>
            </w:pPr>
            <w:r>
              <w:rPr>
                <w:sz w:val="21"/>
              </w:rPr>
              <w:t>Postcode en gemeente</w:t>
            </w:r>
          </w:p>
        </w:tc>
        <w:tc>
          <w:tcPr>
            <w:tcW w:type="dxa" w:w="6690"/>
          </w:tcPr>
          <w:p>
            <w:pPr>
              <w:spacing w:after="100"/>
            </w:pPr>
            <w:r>
              <w:rPr>
                <w:color w:val="9A9A9A"/>
                <w:sz w:val="21"/>
              </w:rPr>
              <w:t>......................................................................</w:t>
            </w:r>
          </w:p>
        </w:tc>
      </w:tr>
      <w:tr>
        <w:tc>
          <w:tcPr>
            <w:tcW w:type="dxa" w:w="2948"/>
          </w:tcPr>
          <w:p>
            <w:pPr>
              <w:spacing w:after="100"/>
            </w:pPr>
            <w:r>
              <w:rPr>
                <w:sz w:val="21"/>
              </w:rPr>
              <w:t>Telefoon</w:t>
            </w:r>
          </w:p>
        </w:tc>
        <w:tc>
          <w:tcPr>
            <w:tcW w:type="dxa" w:w="6690"/>
          </w:tcPr>
          <w:p>
            <w:pPr>
              <w:spacing w:after="100"/>
            </w:pPr>
            <w:r>
              <w:rPr>
                <w:color w:val="9A9A9A"/>
                <w:sz w:val="21"/>
              </w:rPr>
              <w:t>......................................................................</w:t>
            </w:r>
          </w:p>
        </w:tc>
      </w:tr>
      <w:tr>
        <w:tc>
          <w:tcPr>
            <w:tcW w:type="dxa" w:w="2948"/>
          </w:tcPr>
          <w:p>
            <w:pPr>
              <w:spacing w:after="100"/>
            </w:pPr>
            <w:r>
              <w:rPr>
                <w:sz w:val="21"/>
              </w:rPr>
              <w:t>E-mail</w:t>
            </w:r>
          </w:p>
        </w:tc>
        <w:tc>
          <w:tcPr>
            <w:tcW w:type="dxa" w:w="6690"/>
          </w:tcPr>
          <w:p>
            <w:pPr>
              <w:spacing w:after="100"/>
            </w:pPr>
            <w:r>
              <w:rPr>
                <w:color w:val="9A9A9A"/>
                <w:sz w:val="21"/>
              </w:rPr>
              <w:t>......................................................................</w:t>
            </w:r>
          </w:p>
        </w:tc>
      </w:tr>
    </w:tbl>
    <w:p>
      <w:pPr>
        <w:spacing w:after="80" w:before="200"/>
        <w:pBdr>
          <w:bottom w:val="single" w:sz="6" w:space="1" w:color="0B8F7C"/>
        </w:pBdr>
      </w:pPr>
      <w:r>
        <w:rPr>
          <w:b/>
          <w:i w:val="0"/>
          <w:sz w:val="24"/>
        </w:rPr>
        <w:t>2. Formule en lidgeld</w:t>
      </w:r>
    </w:p>
    <w:tbl>
      <w:tblPr>
        <w:tblStyle w:val="TableGrid"/>
        <w:tblW w:type="auto" w:w="0"/>
        <w:tblLayout w:type="fixed"/>
        <w:tblLook w:firstColumn="1" w:firstRow="1" w:lastColumn="0" w:lastRow="0" w:noHBand="0" w:noVBand="1" w:val="04A0"/>
      </w:tblPr>
      <w:tblGrid>
        <w:gridCol w:w="3213"/>
        <w:gridCol w:w="3213"/>
        <w:gridCol w:w="3213"/>
      </w:tblGrid>
      <w:tr>
        <w:tc>
          <w:tcPr>
            <w:tcW w:type="dxa" w:w="5102"/>
          </w:tcPr>
          <w:p>
            <w:r>
              <w:rPr>
                <w:b/>
              </w:rPr>
              <w:t>Formule</w:t>
            </w:r>
          </w:p>
        </w:tc>
        <w:tc>
          <w:tcPr>
            <w:tcW w:type="dxa" w:w="2268"/>
          </w:tcPr>
          <w:p>
            <w:r>
              <w:rPr>
                <w:b/>
              </w:rPr>
              <w:t>Bedrag</w:t>
            </w:r>
          </w:p>
        </w:tc>
        <w:tc>
          <w:tcPr>
            <w:tcW w:type="dxa" w:w="2268"/>
          </w:tcPr>
          <w:p>
            <w:r>
              <w:rPr>
                <w:b/>
              </w:rPr>
              <w:t>Keuze</w:t>
            </w:r>
          </w:p>
        </w:tc>
      </w:tr>
      <w:tr>
        <w:tc>
          <w:tcPr>
            <w:tcW w:type="dxa" w:w="5102"/>
          </w:tcPr>
          <w:p>
            <w:r>
              <w:t>[Volwassene]</w:t>
            </w:r>
          </w:p>
        </w:tc>
        <w:tc>
          <w:tcPr>
            <w:tcW w:type="dxa" w:w="2268"/>
          </w:tcPr>
          <w:p>
            <w:r>
              <w:t>€ ……</w:t>
            </w:r>
          </w:p>
        </w:tc>
        <w:tc>
          <w:tcPr>
            <w:tcW w:type="dxa" w:w="2268"/>
          </w:tcPr>
          <w:p>
            <w:r>
              <w:t>☐</w:t>
            </w:r>
          </w:p>
        </w:tc>
      </w:tr>
      <w:tr>
        <w:tc>
          <w:tcPr>
            <w:tcW w:type="dxa" w:w="5102"/>
          </w:tcPr>
          <w:p>
            <w:r>
              <w:t>[Jeugd / student]</w:t>
            </w:r>
          </w:p>
        </w:tc>
        <w:tc>
          <w:tcPr>
            <w:tcW w:type="dxa" w:w="2268"/>
          </w:tcPr>
          <w:p>
            <w:r>
              <w:t>€ ……</w:t>
            </w:r>
          </w:p>
        </w:tc>
        <w:tc>
          <w:tcPr>
            <w:tcW w:type="dxa" w:w="2268"/>
          </w:tcPr>
          <w:p>
            <w:r>
              <w:t>☐</w:t>
            </w:r>
          </w:p>
        </w:tc>
      </w:tr>
      <w:tr>
        <w:tc>
          <w:tcPr>
            <w:tcW w:type="dxa" w:w="5102"/>
          </w:tcPr>
          <w:p>
            <w:r>
              <w:t>[Gezin]</w:t>
            </w:r>
          </w:p>
        </w:tc>
        <w:tc>
          <w:tcPr>
            <w:tcW w:type="dxa" w:w="2268"/>
          </w:tcPr>
          <w:p>
            <w:r>
              <w:t>€ ……</w:t>
            </w:r>
          </w:p>
        </w:tc>
        <w:tc>
          <w:tcPr>
            <w:tcW w:type="dxa" w:w="2268"/>
          </w:tcPr>
          <w:p>
            <w:r>
              <w:t>☐</w:t>
            </w:r>
          </w:p>
        </w:tc>
      </w:tr>
      <w:tr>
        <w:tc>
          <w:tcPr>
            <w:tcW w:type="dxa" w:w="5102"/>
          </w:tcPr>
          <w:p>
            <w:r>
              <w:t>[Steunend lid]</w:t>
            </w:r>
          </w:p>
        </w:tc>
        <w:tc>
          <w:tcPr>
            <w:tcW w:type="dxa" w:w="2268"/>
          </w:tcPr>
          <w:p>
            <w:r>
              <w:t>€ ……</w:t>
            </w:r>
          </w:p>
        </w:tc>
        <w:tc>
          <w:tcPr>
            <w:tcW w:type="dxa" w:w="2268"/>
          </w:tcPr>
          <w:p>
            <w:r>
              <w:t>☐</w:t>
            </w:r>
          </w:p>
        </w:tc>
      </w:tr>
    </w:tbl>
    <w:p>
      <w:pPr>
        <w:spacing w:after="0"/>
      </w:pPr>
    </w:p>
    <w:p>
      <w:r>
        <w:rPr>
          <w:b w:val="0"/>
          <w:i w:val="0"/>
        </w:rPr>
        <w:t>Betaling: ☐ overschrijving   ☐ cash   ☐ online        Betaald op: …… / …… / ……</w:t>
      </w:r>
    </w:p>
    <w:p>
      <w:pPr>
        <w:spacing w:after="80" w:before="200"/>
        <w:pBdr>
          <w:bottom w:val="single" w:sz="6" w:space="1" w:color="0B8F7C"/>
        </w:pBdr>
      </w:pPr>
      <w:r>
        <w:rPr>
          <w:b/>
          <w:i w:val="0"/>
          <w:sz w:val="24"/>
        </w:rPr>
        <w:t>3. Voor minderjarigen</w:t>
      </w:r>
    </w:p>
    <w:tbl>
      <w:tblPr>
        <w:tblW w:type="auto" w:w="0"/>
        <w:tblLayout w:type="fixed"/>
        <w:tblLook w:firstColumn="1" w:firstRow="1" w:lastColumn="0" w:lastRow="0" w:noHBand="0" w:noVBand="1" w:val="04A0"/>
      </w:tblPr>
      <w:tblGrid>
        <w:gridCol w:w="4819"/>
        <w:gridCol w:w="4819"/>
      </w:tblGrid>
      <w:tr>
        <w:tc>
          <w:tcPr>
            <w:tcW w:type="dxa" w:w="3969"/>
          </w:tcPr>
          <w:p>
            <w:pPr>
              <w:spacing w:after="100"/>
            </w:pPr>
            <w:r>
              <w:rPr>
                <w:sz w:val="21"/>
              </w:rPr>
              <w:t>Naam en voornaam van de ouder of voogd</w:t>
            </w:r>
          </w:p>
        </w:tc>
        <w:tc>
          <w:tcPr>
            <w:tcW w:type="dxa" w:w="5669"/>
          </w:tcPr>
          <w:p>
            <w:pPr>
              <w:spacing w:after="100"/>
            </w:pPr>
            <w:r>
              <w:rPr>
                <w:color w:val="9A9A9A"/>
                <w:sz w:val="21"/>
              </w:rPr>
              <w:t>......................................................................</w:t>
            </w:r>
          </w:p>
        </w:tc>
      </w:tr>
      <w:tr>
        <w:tc>
          <w:tcPr>
            <w:tcW w:type="dxa" w:w="3969"/>
          </w:tcPr>
          <w:p>
            <w:pPr>
              <w:spacing w:after="100"/>
            </w:pPr>
            <w:r>
              <w:rPr>
                <w:sz w:val="21"/>
              </w:rPr>
              <w:t>Telefoon van de ouder of voogd</w:t>
            </w:r>
          </w:p>
        </w:tc>
        <w:tc>
          <w:tcPr>
            <w:tcW w:type="dxa" w:w="5669"/>
          </w:tcPr>
          <w:p>
            <w:pPr>
              <w:spacing w:after="100"/>
            </w:pPr>
            <w:r>
              <w:rPr>
                <w:color w:val="9A9A9A"/>
                <w:sz w:val="21"/>
              </w:rPr>
              <w:t>......................................................................</w:t>
            </w:r>
          </w:p>
        </w:tc>
      </w:tr>
    </w:tbl>
    <w:p>
      <w:r>
        <w:rPr>
          <w:b w:val="0"/>
          <w:i w:val="0"/>
        </w:rPr>
        <w:t>☐ Ik geef mijn kind de toestemming om lid te worden van de vereniging en deel te nemen aan de activiteiten.</w:t>
      </w:r>
    </w:p>
    <w:p>
      <w:pPr>
        <w:spacing w:after="80" w:before="200"/>
        <w:pBdr>
          <w:bottom w:val="single" w:sz="6" w:space="1" w:color="0B8F7C"/>
        </w:pBdr>
      </w:pPr>
      <w:r>
        <w:rPr>
          <w:b/>
          <w:i w:val="0"/>
          <w:sz w:val="24"/>
        </w:rPr>
        <w:t>4. Akkoord</w:t>
      </w:r>
    </w:p>
    <w:p>
      <w:r>
        <w:rPr>
          <w:b w:val="0"/>
          <w:i w:val="0"/>
        </w:rPr>
        <w:t>☐ Ik heb kennisgenomen van de statuten en het huishoudelijk reglement van de vereniging en ga ermee akkoord.</w:t>
      </w:r>
    </w:p>
    <w:p>
      <w:pPr>
        <w:spacing w:after="80" w:before="200"/>
        <w:pBdr>
          <w:bottom w:val="single" w:sz="6" w:space="1" w:color="0B8F7C"/>
        </w:pBdr>
      </w:pPr>
      <w:r>
        <w:rPr>
          <w:b/>
          <w:i w:val="0"/>
          <w:sz w:val="24"/>
        </w:rPr>
        <w:t>5. Portretrecht</w:t>
      </w:r>
    </w:p>
    <w:p>
      <w:r>
        <w:rPr>
          <w:b w:val="0"/>
          <w:i w:val="0"/>
        </w:rPr>
        <w:t>☐ Ik geef toestemming   ☐ Ik geef geen toestemming   aan de vereniging om foto’s of video’s waarop ik (of mijn kind) te zien ben te gebruiken voor haar website, sociale media en affiches. Ik kan deze toestemming op elk moment intrekken.</w:t>
      </w:r>
    </w:p>
    <w:p>
      <w:pPr>
        <w:spacing w:after="80" w:before="200"/>
        <w:pBdr>
          <w:bottom w:val="single" w:sz="6" w:space="1" w:color="0B8F7C"/>
        </w:pBdr>
      </w:pPr>
      <w:r>
        <w:rPr>
          <w:b/>
          <w:i w:val="0"/>
          <w:sz w:val="24"/>
        </w:rPr>
        <w:t>6. Uw persoonsgegevens</w:t>
      </w:r>
    </w:p>
    <w:p>
      <w:r>
        <w:rPr>
          <w:b w:val="0"/>
          <w:i w:val="0"/>
          <w:sz w:val="19"/>
        </w:rPr>
        <w:t>De gegevens dienen enkel om uw lidmaatschap te beheren en u te informeren over het verenigingsleven. Ze worden bewaard zolang u lid bent, en daarna [te bepalen termijn]. Ze worden enkel doorgegeven aan [federatie, verzekeraar: te bepalen]. U kunt uw gegevens inkijken, verbeteren of laten wissen via [e-mailadres van de vereniging] (algemene verordening gegevensbescherming, AVG).</w:t>
      </w:r>
    </w:p>
    <w:p>
      <w:pPr>
        <w:spacing w:before="160"/>
      </w:pPr>
      <w:r>
        <w:rPr>
          <w:b w:val="0"/>
          <w:i w:val="0"/>
        </w:rPr>
        <w:t>Opgemaakt te ……………………………… op …… / …… / ……</w:t>
      </w:r>
    </w:p>
    <w:tbl>
      <w:tblPr>
        <w:tblW w:type="auto" w:w="0"/>
        <w:tblLook w:firstColumn="1" w:firstRow="1" w:lastColumn="0" w:lastRow="0" w:noHBand="0" w:noVBand="1" w:val="04A0"/>
      </w:tblPr>
      <w:tblGrid>
        <w:gridCol w:w="4819"/>
        <w:gridCol w:w="4819"/>
      </w:tblGrid>
      <w:tr>
        <w:tc>
          <w:tcPr>
            <w:tcW w:type="dxa" w:w="4819"/>
          </w:tcPr>
          <w:p>
            <w:r>
              <w:rPr>
                <w:sz w:val="20"/>
              </w:rPr>
              <w:t>Handtekening van het lid</w:t>
            </w:r>
          </w:p>
          <w:p>
            <w:r>
              <w:br/>
              <w:br/>
              <w:t>............................................</w:t>
            </w:r>
          </w:p>
        </w:tc>
        <w:tc>
          <w:tcPr>
            <w:tcW w:type="dxa" w:w="4819"/>
          </w:tcPr>
          <w:p>
            <w:r>
              <w:rPr>
                <w:sz w:val="20"/>
              </w:rPr>
              <w:t>Handtekening van de ouder of voogd (minderjarigen)</w:t>
            </w:r>
          </w:p>
          <w:p>
            <w:r>
              <w:br/>
              <w:br/>
              <w:t>............................................</w:t>
            </w:r>
          </w:p>
        </w:tc>
      </w:tr>
    </w:tbl>
    <w:p>
      <w:pPr>
        <w:spacing w:before="200"/>
      </w:pPr>
      <w:r>
        <w:rPr>
          <w:b w:val="0"/>
          <w:i w:val="0"/>
          <w:color w:val="555B66"/>
          <w:sz w:val="19"/>
        </w:rPr>
        <w:t>Voorbehouden aan de vereniging:   Lidnummer …………   Ontvangen op …… / …… / ……   ☐ Lidkaart bezorgd</w:t>
      </w:r>
    </w:p>
    <w:sectPr w:rsidR="00FC693F" w:rsidRPr="0006063C" w:rsidSect="00034616">
      <w:footerReference w:type="default" r:id="rId9"/>
      <w:pgSz w:w="11906" w:h="16838"/>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8F98"/>
        <w:sz w:val="16"/>
      </w:rPr>
      <w:t>Gratis sjabloon van MPass · mpass.be · de lidkaart van uw club in Apple Wallet en Google Wallet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8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MPass</dc:creator>
  <cp:keywords/>
  <dc:description>generated by python-docx</dc:description>
  <cp:lastModifiedBy/>
  <cp:revision>1</cp:revision>
  <dcterms:created xsi:type="dcterms:W3CDTF">2013-12-23T23:15:00Z</dcterms:created>
  <dcterms:modified xsi:type="dcterms:W3CDTF">2013-12-23T23:15:00Z</dcterms:modified>
  <cp:category/>
  <dc:language>nl-BE</dc:language>
</cp:coreProperties>
</file>