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0"/>
        </w:rPr>
        <w:t>Membership application form</w:t>
      </w:r>
    </w:p>
    <w:p>
      <w:pPr>
        <w:spacing w:after="120"/>
      </w:pPr>
      <w:r>
        <w:rPr>
          <w:b w:val="0"/>
          <w:i w:val="0"/>
          <w:color w:val="555B66"/>
          <w:sz w:val="22"/>
        </w:rPr>
        <w:t>Season 20…… / 20……</w:t>
      </w:r>
    </w:p>
    <w:p>
      <w:pPr>
        <w:spacing w:after="160"/>
      </w:pPr>
      <w:r>
        <w:rPr>
          <w:b w:val="0"/>
          <w:i/>
          <w:color w:val="B45309"/>
          <w:sz w:val="18"/>
        </w:rPr>
        <w:t>Template to adapt to your club: replace the text in square brackets, then delete this line.</w:t>
      </w:r>
    </w:p>
    <w:p>
      <w:r>
        <w:rPr>
          <w:b/>
          <w:i w:val="0"/>
        </w:rPr>
        <w:t>[Club name] · [registered address] · [registration number]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1. The member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Last name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First name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Date of birth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Address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Postcode and town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Phone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Email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2. Membership type and fee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102"/>
          </w:tcPr>
          <w:p>
            <w:r>
              <w:rPr>
                <w:b/>
              </w:rPr>
              <w:t>Membership type</w:t>
            </w:r>
          </w:p>
        </w:tc>
        <w:tc>
          <w:tcPr>
            <w:tcW w:type="dxa" w:w="2268"/>
          </w:tcPr>
          <w:p>
            <w:r>
              <w:rPr>
                <w:b/>
              </w:rPr>
              <w:t>Fee</w:t>
            </w:r>
          </w:p>
        </w:tc>
        <w:tc>
          <w:tcPr>
            <w:tcW w:type="dxa" w:w="2268"/>
          </w:tcPr>
          <w:p>
            <w:r>
              <w:rPr>
                <w:b/>
              </w:rPr>
              <w:t>Choice</w:t>
            </w:r>
          </w:p>
        </w:tc>
      </w:tr>
      <w:tr>
        <w:tc>
          <w:tcPr>
            <w:tcW w:type="dxa" w:w="5102"/>
          </w:tcPr>
          <w:p>
            <w:r>
              <w:t>[Adult]</w:t>
            </w:r>
          </w:p>
        </w:tc>
        <w:tc>
          <w:tcPr>
            <w:tcW w:type="dxa" w:w="2268"/>
          </w:tcPr>
          <w:p>
            <w:r>
              <w:t>€ ……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  <w:tr>
        <w:tc>
          <w:tcPr>
            <w:tcW w:type="dxa" w:w="5102"/>
          </w:tcPr>
          <w:p>
            <w:r>
              <w:t>[Junior / student]</w:t>
            </w:r>
          </w:p>
        </w:tc>
        <w:tc>
          <w:tcPr>
            <w:tcW w:type="dxa" w:w="2268"/>
          </w:tcPr>
          <w:p>
            <w:r>
              <w:t>€ ……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  <w:tr>
        <w:tc>
          <w:tcPr>
            <w:tcW w:type="dxa" w:w="5102"/>
          </w:tcPr>
          <w:p>
            <w:r>
              <w:t>[Family]</w:t>
            </w:r>
          </w:p>
        </w:tc>
        <w:tc>
          <w:tcPr>
            <w:tcW w:type="dxa" w:w="2268"/>
          </w:tcPr>
          <w:p>
            <w:r>
              <w:t>€ ……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  <w:tr>
        <w:tc>
          <w:tcPr>
            <w:tcW w:type="dxa" w:w="5102"/>
          </w:tcPr>
          <w:p>
            <w:r>
              <w:t>[Supporter]</w:t>
            </w:r>
          </w:p>
        </w:tc>
        <w:tc>
          <w:tcPr>
            <w:tcW w:type="dxa" w:w="2268"/>
          </w:tcPr>
          <w:p>
            <w:r>
              <w:t>€ ……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Payment: ☐ bank transfer   ☐ cash   ☐ online        Paid on: …… / …… / ……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3. For members under 18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100"/>
            </w:pPr>
            <w:r>
              <w:rPr>
                <w:sz w:val="21"/>
              </w:rPr>
              <w:t>Name of parent or guardian</w:t>
            </w:r>
          </w:p>
        </w:tc>
        <w:tc>
          <w:tcPr>
            <w:tcW w:type="dxa" w:w="5669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3969"/>
          </w:tcPr>
          <w:p>
            <w:pPr>
              <w:spacing w:after="100"/>
            </w:pPr>
            <w:r>
              <w:rPr>
                <w:sz w:val="21"/>
              </w:rPr>
              <w:t>Phone of parent or guardian</w:t>
            </w:r>
          </w:p>
        </w:tc>
        <w:tc>
          <w:tcPr>
            <w:tcW w:type="dxa" w:w="5669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r>
        <w:rPr>
          <w:b w:val="0"/>
          <w:i w:val="0"/>
        </w:rPr>
        <w:t>☐ I give permission for my child to join the club and take part in its activities.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4. Agreement</w:t>
      </w:r>
    </w:p>
    <w:p>
      <w:r>
        <w:rPr>
          <w:b w:val="0"/>
          <w:i w:val="0"/>
        </w:rPr>
        <w:t>☐ I have read the club’s constitution and rules and I agree to them.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5. Photos</w:t>
      </w:r>
    </w:p>
    <w:p>
      <w:r>
        <w:rPr>
          <w:b w:val="0"/>
          <w:i w:val="0"/>
        </w:rPr>
        <w:t>☐ I agree   ☐ I do not agree   that the club may use photos or videos in which I (or my child) appear on its website, social media and posters. I can withdraw this consent at any time.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6. Your personal data</w:t>
      </w:r>
    </w:p>
    <w:p>
      <w:r>
        <w:rPr>
          <w:b w:val="0"/>
          <w:i w:val="0"/>
          <w:sz w:val="19"/>
        </w:rPr>
        <w:t>The club uses this information only to manage your membership and to keep you informed about club life. It is kept for as long as you are a member, then for [period to define]. It is shared only with [federation, insurer: to define]. You can ask to see, correct or delete your data by writing to [club email] (General Data Protection Regulation, GDPR).</w:t>
      </w:r>
    </w:p>
    <w:p>
      <w:pPr>
        <w:spacing w:before="160"/>
      </w:pPr>
      <w:r>
        <w:rPr>
          <w:b w:val="0"/>
          <w:i w:val="0"/>
        </w:rPr>
        <w:t>Place and date: …………………………………………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20"/>
              </w:rPr>
              <w:t>Member’s signature</w:t>
            </w:r>
          </w:p>
          <w:p>
            <w:r>
              <w:br/>
              <w:br/>
              <w:t>............................................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Parent or guardian’s signature (under 18)</w:t>
            </w:r>
          </w:p>
          <w:p>
            <w:r>
              <w:br/>
              <w:br/>
              <w:t>............................................</w:t>
            </w:r>
          </w:p>
        </w:tc>
      </w:tr>
    </w:tbl>
    <w:p>
      <w:pPr>
        <w:spacing w:before="200"/>
      </w:pPr>
      <w:r>
        <w:rPr>
          <w:b w:val="0"/>
          <w:i w:val="0"/>
          <w:color w:val="555B66"/>
          <w:sz w:val="19"/>
        </w:rPr>
        <w:t>For club use:   Member no. …………   Received on …… / …… / ……   ☐ Card sent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F98"/>
        <w:sz w:val="16"/>
      </w:rPr>
      <w:t>Free template from MPass · mpass.be · your club’s membership card in Apple Wallet and Google Wallet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