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dashed" w:sz="4" w:color="BFC5CE"/>
          <w:left w:val="dashed" w:sz="4" w:color="BFC5CE"/>
          <w:bottom w:val="dashed" w:sz="4" w:color="BFC5CE"/>
          <w:right w:val="dashed" w:sz="4" w:color="BFC5CE"/>
          <w:insideH w:val="dashed" w:sz="4" w:color="BFC5CE"/>
          <w:insideV w:val="dashed" w:sz="4" w:color="BFC5CE"/>
        </w:tblBorders>
      </w:tblPr>
      <w:tblGrid>
        <w:gridCol w:w="5040"/>
        <w:gridCol w:w="5040"/>
      </w:tblGrid>
      <w:tr>
        <w:trPr>
          <w:trHeight w:val="2880" w:hRule="exact"/>
        </w:trPr>
        <w:tc>
          <w:tcPr>
            <w:tcW w:type="dxa" w:w="5040"/>
          </w:tcPr>
          <w:p>
            <w:pPr>
              <w:spacing w:before="200"/>
              <w:ind w:left="216"/>
            </w:pPr>
            <w:r>
              <w:rPr>
                <w:b/>
                <w:caps w:val="0"/>
                <w:color w:val="1748C9"/>
                <w:sz w:val="26"/>
              </w:rPr>
              <w:t>[YOUR CLUB NAME]</w:t>
            </w:r>
          </w:p>
          <w:p>
            <w:pPr>
              <w:ind w:left="216"/>
            </w:pPr>
            <w:r>
              <w:rPr>
                <w:b w:val="0"/>
                <w:caps/>
                <w:color w:val="5B6370"/>
                <w:sz w:val="16"/>
              </w:rPr>
              <w:t>Membership card · Season [2026–2027]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Name: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Member no.: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Tier: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Valid thru: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20"/>
              <w:ind w:left="216"/>
            </w:pPr>
            <w:r>
              <w:rPr>
                <w:b w:val="0"/>
                <w:caps w:val="0"/>
                <w:color w:val="5B6370"/>
                <w:sz w:val="12"/>
              </w:rPr>
              <w:t>Free template by MPass · getmpass.com/us</w:t>
            </w:r>
          </w:p>
        </w:tc>
        <w:tc>
          <w:tcPr>
            <w:tcW w:type="dxa" w:w="5040"/>
          </w:tcPr>
          <w:p>
            <w:pPr>
              <w:spacing w:before="200"/>
              <w:ind w:left="216"/>
            </w:pPr>
            <w:r>
              <w:rPr>
                <w:b/>
                <w:caps w:val="0"/>
                <w:color w:val="1748C9"/>
                <w:sz w:val="26"/>
              </w:rPr>
              <w:t>[YOUR CLUB NAME]</w:t>
            </w:r>
          </w:p>
          <w:p>
            <w:pPr>
              <w:ind w:left="216"/>
            </w:pPr>
            <w:r>
              <w:rPr>
                <w:b w:val="0"/>
                <w:caps/>
                <w:color w:val="5B6370"/>
                <w:sz w:val="16"/>
              </w:rPr>
              <w:t>Membership card · Season [2026–2027]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Name: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Member no.: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Tier: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Valid thru: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20"/>
              <w:ind w:left="216"/>
            </w:pPr>
            <w:r>
              <w:rPr>
                <w:b w:val="0"/>
                <w:caps w:val="0"/>
                <w:color w:val="5B6370"/>
                <w:sz w:val="12"/>
              </w:rPr>
              <w:t>Free template by MPass · getmpass.com/us</w:t>
            </w:r>
          </w:p>
        </w:tc>
      </w:tr>
      <w:tr>
        <w:trPr>
          <w:trHeight w:val="2880" w:hRule="exact"/>
        </w:trPr>
        <w:tc>
          <w:tcPr>
            <w:tcW w:type="dxa" w:w="5040"/>
          </w:tcPr>
          <w:p>
            <w:pPr>
              <w:spacing w:before="200"/>
              <w:ind w:left="216"/>
            </w:pPr>
            <w:r>
              <w:rPr>
                <w:b/>
                <w:caps w:val="0"/>
                <w:color w:val="1748C9"/>
                <w:sz w:val="26"/>
              </w:rPr>
              <w:t>[YOUR CLUB NAME]</w:t>
            </w:r>
          </w:p>
          <w:p>
            <w:pPr>
              <w:ind w:left="216"/>
            </w:pPr>
            <w:r>
              <w:rPr>
                <w:b w:val="0"/>
                <w:caps/>
                <w:color w:val="5B6370"/>
                <w:sz w:val="16"/>
              </w:rPr>
              <w:t>Membership card · Season [2026–2027]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Name: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Member no.: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Tier: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Valid thru: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20"/>
              <w:ind w:left="216"/>
            </w:pPr>
            <w:r>
              <w:rPr>
                <w:b w:val="0"/>
                <w:caps w:val="0"/>
                <w:color w:val="5B6370"/>
                <w:sz w:val="12"/>
              </w:rPr>
              <w:t>Free template by MPass · getmpass.com/us</w:t>
            </w:r>
          </w:p>
        </w:tc>
        <w:tc>
          <w:tcPr>
            <w:tcW w:type="dxa" w:w="5040"/>
          </w:tcPr>
          <w:p>
            <w:pPr>
              <w:spacing w:before="200"/>
              <w:ind w:left="216"/>
            </w:pPr>
            <w:r>
              <w:rPr>
                <w:b/>
                <w:caps w:val="0"/>
                <w:color w:val="1748C9"/>
                <w:sz w:val="26"/>
              </w:rPr>
              <w:t>[YOUR CLUB NAME]</w:t>
            </w:r>
          </w:p>
          <w:p>
            <w:pPr>
              <w:ind w:left="216"/>
            </w:pPr>
            <w:r>
              <w:rPr>
                <w:b w:val="0"/>
                <w:caps/>
                <w:color w:val="5B6370"/>
                <w:sz w:val="16"/>
              </w:rPr>
              <w:t>Membership card · Season [2026–2027]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Name: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Member no.: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Tier: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Valid thru: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20"/>
              <w:ind w:left="216"/>
            </w:pPr>
            <w:r>
              <w:rPr>
                <w:b w:val="0"/>
                <w:caps w:val="0"/>
                <w:color w:val="5B6370"/>
                <w:sz w:val="12"/>
              </w:rPr>
              <w:t>Free template by MPass · getmpass.com/us</w:t>
            </w:r>
          </w:p>
        </w:tc>
      </w:tr>
      <w:tr>
        <w:trPr>
          <w:trHeight w:val="2880" w:hRule="exact"/>
        </w:trPr>
        <w:tc>
          <w:tcPr>
            <w:tcW w:type="dxa" w:w="5040"/>
          </w:tcPr>
          <w:p>
            <w:pPr>
              <w:spacing w:before="200"/>
              <w:ind w:left="216"/>
            </w:pPr>
            <w:r>
              <w:rPr>
                <w:b/>
                <w:caps w:val="0"/>
                <w:color w:val="1748C9"/>
                <w:sz w:val="26"/>
              </w:rPr>
              <w:t>[YOUR CLUB NAME]</w:t>
            </w:r>
          </w:p>
          <w:p>
            <w:pPr>
              <w:ind w:left="216"/>
            </w:pPr>
            <w:r>
              <w:rPr>
                <w:b w:val="0"/>
                <w:caps/>
                <w:color w:val="5B6370"/>
                <w:sz w:val="16"/>
              </w:rPr>
              <w:t>Membership card · Season [2026–2027]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Name: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Member no.: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Tier: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Valid thru: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20"/>
              <w:ind w:left="216"/>
            </w:pPr>
            <w:r>
              <w:rPr>
                <w:b w:val="0"/>
                <w:caps w:val="0"/>
                <w:color w:val="5B6370"/>
                <w:sz w:val="12"/>
              </w:rPr>
              <w:t>Free template by MPass · getmpass.com/us</w:t>
            </w:r>
          </w:p>
        </w:tc>
        <w:tc>
          <w:tcPr>
            <w:tcW w:type="dxa" w:w="5040"/>
          </w:tcPr>
          <w:p>
            <w:pPr>
              <w:spacing w:before="200"/>
              <w:ind w:left="216"/>
            </w:pPr>
            <w:r>
              <w:rPr>
                <w:b/>
                <w:caps w:val="0"/>
                <w:color w:val="1748C9"/>
                <w:sz w:val="26"/>
              </w:rPr>
              <w:t>[YOUR CLUB NAME]</w:t>
            </w:r>
          </w:p>
          <w:p>
            <w:pPr>
              <w:ind w:left="216"/>
            </w:pPr>
            <w:r>
              <w:rPr>
                <w:b w:val="0"/>
                <w:caps/>
                <w:color w:val="5B6370"/>
                <w:sz w:val="16"/>
              </w:rPr>
              <w:t>Membership card · Season [2026–2027]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Name: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Member no.: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Tier: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Valid thru: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20"/>
              <w:ind w:left="216"/>
            </w:pPr>
            <w:r>
              <w:rPr>
                <w:b w:val="0"/>
                <w:caps w:val="0"/>
                <w:color w:val="5B6370"/>
                <w:sz w:val="12"/>
              </w:rPr>
              <w:t>Free template by MPass · getmpass.com/us</w:t>
            </w:r>
          </w:p>
        </w:tc>
      </w:tr>
      <w:tr>
        <w:trPr>
          <w:trHeight w:val="2880" w:hRule="exact"/>
        </w:trPr>
        <w:tc>
          <w:tcPr>
            <w:tcW w:type="dxa" w:w="5040"/>
          </w:tcPr>
          <w:p>
            <w:pPr>
              <w:spacing w:before="200"/>
              <w:ind w:left="216"/>
            </w:pPr>
            <w:r>
              <w:rPr>
                <w:b/>
                <w:caps w:val="0"/>
                <w:color w:val="1748C9"/>
                <w:sz w:val="26"/>
              </w:rPr>
              <w:t>[YOUR CLUB NAME]</w:t>
            </w:r>
          </w:p>
          <w:p>
            <w:pPr>
              <w:ind w:left="216"/>
            </w:pPr>
            <w:r>
              <w:rPr>
                <w:b w:val="0"/>
                <w:caps/>
                <w:color w:val="5B6370"/>
                <w:sz w:val="16"/>
              </w:rPr>
              <w:t>Membership card · Season [2026–2027]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Name: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Member no.: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Tier: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Valid thru: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20"/>
              <w:ind w:left="216"/>
            </w:pPr>
            <w:r>
              <w:rPr>
                <w:b w:val="0"/>
                <w:caps w:val="0"/>
                <w:color w:val="5B6370"/>
                <w:sz w:val="12"/>
              </w:rPr>
              <w:t>Free template by MPass · getmpass.com/us</w:t>
            </w:r>
          </w:p>
        </w:tc>
        <w:tc>
          <w:tcPr>
            <w:tcW w:type="dxa" w:w="5040"/>
          </w:tcPr>
          <w:p>
            <w:pPr>
              <w:spacing w:before="200"/>
              <w:ind w:left="216"/>
            </w:pPr>
            <w:r>
              <w:rPr>
                <w:b/>
                <w:caps w:val="0"/>
                <w:color w:val="1748C9"/>
                <w:sz w:val="26"/>
              </w:rPr>
              <w:t>[YOUR CLUB NAME]</w:t>
            </w:r>
          </w:p>
          <w:p>
            <w:pPr>
              <w:ind w:left="216"/>
            </w:pPr>
            <w:r>
              <w:rPr>
                <w:b w:val="0"/>
                <w:caps/>
                <w:color w:val="5B6370"/>
                <w:sz w:val="16"/>
              </w:rPr>
              <w:t>Membership card · Season [2026–2027]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Name: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Member no.: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Tier: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Valid thru: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20"/>
              <w:ind w:left="216"/>
            </w:pPr>
            <w:r>
              <w:rPr>
                <w:b w:val="0"/>
                <w:caps w:val="0"/>
                <w:color w:val="5B6370"/>
                <w:sz w:val="12"/>
              </w:rPr>
              <w:t>Free template by MPass · getmpass.com/us</w:t>
            </w:r>
          </w:p>
        </w:tc>
      </w:tr>
      <w:tr>
        <w:trPr>
          <w:trHeight w:val="2880" w:hRule="exact"/>
        </w:trPr>
        <w:tc>
          <w:tcPr>
            <w:tcW w:type="dxa" w:w="5040"/>
          </w:tcPr>
          <w:p>
            <w:pPr>
              <w:spacing w:before="200"/>
              <w:ind w:left="216"/>
            </w:pPr>
            <w:r>
              <w:rPr>
                <w:b/>
                <w:caps w:val="0"/>
                <w:color w:val="1748C9"/>
                <w:sz w:val="26"/>
              </w:rPr>
              <w:t>[YOUR CLUB NAME]</w:t>
            </w:r>
          </w:p>
          <w:p>
            <w:pPr>
              <w:ind w:left="216"/>
            </w:pPr>
            <w:r>
              <w:rPr>
                <w:b w:val="0"/>
                <w:caps/>
                <w:color w:val="5B6370"/>
                <w:sz w:val="16"/>
              </w:rPr>
              <w:t>Membership card · Season [2026–2027]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Name: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Member no.: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Tier: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Valid thru: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20"/>
              <w:ind w:left="216"/>
            </w:pPr>
            <w:r>
              <w:rPr>
                <w:b w:val="0"/>
                <w:caps w:val="0"/>
                <w:color w:val="5B6370"/>
                <w:sz w:val="12"/>
              </w:rPr>
              <w:t>Free template by MPass · getmpass.com/us</w:t>
            </w:r>
          </w:p>
        </w:tc>
        <w:tc>
          <w:tcPr>
            <w:tcW w:type="dxa" w:w="5040"/>
          </w:tcPr>
          <w:p>
            <w:pPr>
              <w:spacing w:before="200"/>
              <w:ind w:left="216"/>
            </w:pPr>
            <w:r>
              <w:rPr>
                <w:b/>
                <w:caps w:val="0"/>
                <w:color w:val="1748C9"/>
                <w:sz w:val="26"/>
              </w:rPr>
              <w:t>[YOUR CLUB NAME]</w:t>
            </w:r>
          </w:p>
          <w:p>
            <w:pPr>
              <w:ind w:left="216"/>
            </w:pPr>
            <w:r>
              <w:rPr>
                <w:b w:val="0"/>
                <w:caps/>
                <w:color w:val="5B6370"/>
                <w:sz w:val="16"/>
              </w:rPr>
              <w:t>Membership card · Season [2026–2027]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Name: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Member no.: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Tier: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00"/>
              <w:ind w:left="216"/>
            </w:pPr>
            <w:r>
              <w:rPr>
                <w:b/>
                <w:caps w:val="0"/>
                <w:sz w:val="18"/>
              </w:rPr>
              <w:t xml:space="preserve">Valid thru: </w:t>
            </w:r>
            <w:r>
              <w:rPr>
                <w:b w:val="0"/>
                <w:caps w:val="0"/>
                <w:color w:val="5B6370"/>
                <w:sz w:val="18"/>
              </w:rPr>
              <w:t>______________________________</w:t>
            </w:r>
          </w:p>
          <w:p>
            <w:pPr>
              <w:spacing w:before="120"/>
              <w:ind w:left="216"/>
            </w:pPr>
            <w:r>
              <w:rPr>
                <w:b w:val="0"/>
                <w:caps w:val="0"/>
                <w:color w:val="5B6370"/>
                <w:sz w:val="12"/>
              </w:rPr>
              <w:t>Free template by MPass · getmpass.com/us</w:t>
            </w:r>
          </w:p>
        </w:tc>
      </w:tr>
    </w:tbl>
    <w:p>
      <w:pPr>
        <w:spacing w:after="0" w:line="20" w:lineRule="exact"/>
        <w:rPr>
          <w:sz w:val="2"/>
        </w:rPr>
      </w:pPr>
      <w:r>
        <w:rPr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2240" w:h="15840"/>
      <w:pgMar w:top="720" w:right="1080" w:bottom="432" w:left="1080" w:header="144" w:footer="11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aps w:val="0"/>
        <w:color w:val="5B6370"/>
        <w:sz w:val="12"/>
      </w:rPr>
      <w:t>Edit the [brackets], print on card stock or Avery 5371/8371 sheets. Cards that update themselves and scan at the door: getmpass.com/us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line="20" w:lineRule="exact"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card template (10 per page)</dc:title>
  <dc:subject/>
  <dc:creator>MPass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