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Membership certificate</w:t>
      </w:r>
    </w:p>
    <w:p>
      <w:pPr>
        <w:spacing w:after="160"/>
      </w:pPr>
      <w:r>
        <w:rPr>
          <w:b w:val="0"/>
          <w:i/>
          <w:color w:val="B45309"/>
          <w:sz w:val="18"/>
        </w:rPr>
        <w:t>Template to adapt to your club: replace the text in square brackets, then delete this line. Some insurers ask for their own form: check with them first.</w:t>
      </w:r>
    </w:p>
    <w:p>
      <w:pPr>
        <w:spacing w:after="0"/>
      </w:pPr>
      <w:r>
        <w:rPr>
          <w:b/>
          <w:i w:val="0"/>
          <w:sz w:val="24"/>
        </w:rPr>
        <w:t>[Club name]</w:t>
      </w:r>
    </w:p>
    <w:p>
      <w:pPr>
        <w:spacing w:after="200"/>
      </w:pPr>
      <w:r>
        <w:rPr>
          <w:b w:val="0"/>
          <w:i w:val="0"/>
        </w:rPr>
        <w:t>[Registered address] · [registration number] · [email]</w:t>
      </w:r>
    </w:p>
    <w:p>
      <w:r>
        <w:rPr>
          <w:b w:val="0"/>
          <w:i w:val="0"/>
        </w:rPr>
        <w:t>We hereby confirm that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Name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of birth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Address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20"/>
      </w:pPr>
      <w:r>
        <w:rPr>
          <w:b w:val="0"/>
          <w:i w:val="0"/>
        </w:rPr>
        <w:t>has been a member of our club since …… / …… / …………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Activity or sport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Member number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Membership period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Fee paid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Date of payment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20"/>
      </w:pPr>
      <w:r>
        <w:rPr>
          <w:b w:val="0"/>
          <w:i w:val="0"/>
        </w:rPr>
        <w:t>This certificate is issued for: ………………………………………………… (for example a health insurer or an employer).</w:t>
      </w:r>
    </w:p>
    <w:p>
      <w:pPr>
        <w:spacing w:before="200"/>
      </w:pPr>
      <w:r>
        <w:rPr>
          <w:b w:val="0"/>
          <w:i w:val="0"/>
        </w:rPr>
        <w:t>Place and date: 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Signature (name and role in the club)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Club stamp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Free template from MPass · mpass.be · with MPass, this certificate is created from the member’s record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