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Mitgliedsbescheinigung</w:t>
      </w:r>
    </w:p>
    <w:p>
      <w:pPr>
        <w:spacing w:after="160"/>
      </w:pPr>
      <w:r>
        <w:rPr>
          <w:b w:val="0"/>
          <w:i/>
          <w:color w:val="B45309"/>
          <w:sz w:val="18"/>
        </w:rPr>
        <w:t>Vorlage zum Anpassen an Ihren Verein: Texte in eckigen Klammern ersetzen und diese Zeile löschen. Viele Krankenkassen haben für ihr Bonusprogramm ein eigenes Formular oder Bonusheft: bitte dort prüfen.</w:t>
      </w:r>
    </w:p>
    <w:p>
      <w:pPr>
        <w:spacing w:after="0"/>
      </w:pPr>
      <w:r>
        <w:rPr>
          <w:b/>
          <w:i w:val="0"/>
          <w:sz w:val="24"/>
        </w:rPr>
        <w:t>[Name des Vereins] e. V.</w:t>
      </w:r>
    </w:p>
    <w:p>
      <w:pPr>
        <w:spacing w:after="200"/>
      </w:pPr>
      <w:r>
        <w:rPr>
          <w:b w:val="0"/>
          <w:i w:val="0"/>
        </w:rPr>
        <w:t>[Anschrift] · [Vereinsregister-Nr.] · [E-Mail]</w:t>
      </w:r>
    </w:p>
    <w:p>
      <w:r>
        <w:rPr>
          <w:b w:val="0"/>
          <w:i w:val="0"/>
        </w:rPr>
        <w:t>Hiermit bestätigen wir, dass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Name und Vorname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geboren am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wohnhaft in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120"/>
      </w:pPr>
      <w:r>
        <w:rPr>
          <w:b w:val="0"/>
          <w:i w:val="0"/>
        </w:rPr>
        <w:t>seit dem …… . …… . ………… Mitglied in unserem Verein ist.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Abteilung / Sportart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Mitgliedsnummer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Mitgliedsbeitrag für das Jahr ………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Beitrag gezahlt am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120"/>
      </w:pPr>
      <w:r>
        <w:rPr>
          <w:b w:val="0"/>
          <w:i w:val="0"/>
        </w:rPr>
        <w:t>☐ Das Mitglied nimmt regelmäßig am Sportangebot des Vereins teil.</w:t>
      </w:r>
    </w:p>
    <w:p>
      <w:r>
        <w:rPr>
          <w:b w:val="0"/>
          <w:i w:val="0"/>
        </w:rPr>
        <w:t>Diese Bescheinigung dient zur Vorlage bei: ………………………………………………… (z. B. Krankenkasse, Arbeitgeber).</w:t>
      </w:r>
    </w:p>
    <w:p>
      <w:pPr>
        <w:spacing w:before="160"/>
      </w:pPr>
      <w:r>
        <w:rPr>
          <w:b w:val="0"/>
          <w:i/>
          <w:sz w:val="19"/>
        </w:rPr>
        <w:t>Diese Bescheinigung ist keine Zuwendungsbestätigung (Spendenbescheinigung).</w:t>
      </w:r>
    </w:p>
    <w:p>
      <w:pPr>
        <w:spacing w:before="200"/>
      </w:pPr>
      <w:r>
        <w:rPr>
          <w:b w:val="0"/>
          <w:i w:val="0"/>
        </w:rPr>
        <w:t>Ort, Datum: …………………………………………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Unterschrift (Name, Funktion im Verein)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Vereinsstempel</w:t>
            </w:r>
          </w:p>
          <w:p>
            <w:r>
              <w:br/>
              <w:br/>
              <w:t>............................................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Kostenlose Vorlage von MPass · mpass.be · mit MPass entsteht diese Bescheinigung direkt aus der Mitgliederakte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