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Reçu de cotisation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N° ………… · Saison / année …………</w:t>
      </w:r>
    </w:p>
    <w:p>
      <w:pPr>
        <w:spacing w:after="160"/>
      </w:pPr>
      <w:r>
        <w:rPr>
          <w:b w:val="0"/>
          <w:i/>
          <w:color w:val="B45309"/>
          <w:sz w:val="18"/>
        </w:rPr>
        <w:t>Modèle à adapter à votre association : remplacez les textes entre crochets, puis supprimez cette ligne.</w:t>
      </w:r>
    </w:p>
    <w:p>
      <w:pPr>
        <w:spacing w:after="0"/>
      </w:pPr>
      <w:r>
        <w:rPr>
          <w:b/>
          <w:i w:val="0"/>
          <w:sz w:val="24"/>
        </w:rPr>
        <w:t>[Nom de l’association]</w:t>
      </w:r>
    </w:p>
    <w:p>
      <w:pPr>
        <w:spacing w:after="200"/>
      </w:pPr>
      <w:r>
        <w:rPr>
          <w:b w:val="0"/>
          <w:i w:val="0"/>
        </w:rPr>
        <w:t>[Adresse du siège] · [n° RNA ou SIREN] · [email]</w:t>
      </w:r>
    </w:p>
    <w:p>
      <w:r>
        <w:rPr>
          <w:b w:val="0"/>
          <w:i w:val="0"/>
        </w:rPr>
        <w:t>L’association [nom de l’association], représentée par [prénom, nom et fonction], certifie avoir reçu de 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Nom et prénom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Adresse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20"/>
      </w:pPr>
      <w:r>
        <w:rPr>
          <w:b w:val="0"/>
          <w:i w:val="0"/>
        </w:rPr>
        <w:t>la somme de ………………… € (en toutes lettres : ……………………………………………………………………………),</w:t>
      </w:r>
    </w:p>
    <w:p>
      <w:r>
        <w:rPr>
          <w:b w:val="0"/>
          <w:i w:val="0"/>
        </w:rPr>
        <w:t>au titre de la cotisation « [formule] » pour la saison / l’année ……………… .</w:t>
      </w:r>
    </w:p>
    <w:p>
      <w:r>
        <w:rPr>
          <w:b w:val="0"/>
          <w:i w:val="0"/>
        </w:rPr>
        <w:t>Paiement reçu le …… / …… / …… par : ☐ virement   ☐ chèque   ☐ espèces   ☐ paiement en ligne</w:t>
      </w:r>
    </w:p>
    <w:p>
      <w:pPr>
        <w:spacing w:before="160"/>
      </w:pPr>
      <w:r>
        <w:rPr>
          <w:b w:val="0"/>
          <w:i/>
          <w:sz w:val="19"/>
        </w:rPr>
        <w:t>Ce reçu atteste du paiement de la cotisation. Il ne constitue pas un reçu fiscal ouvrant droit à une réduction d’impôt.</w:t>
      </w:r>
    </w:p>
    <w:p>
      <w:pPr>
        <w:spacing w:before="200"/>
      </w:pPr>
      <w:r>
        <w:rPr>
          <w:b w:val="0"/>
          <w:i w:val="0"/>
        </w:rPr>
        <w:t>Fait à ……………………………… le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Pour l’association (nom, fonction, signature)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Cachet de l’association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Modèle gratuit proposé par MPass · mpass.be · la carte d’adhérent de votre association dans Apple Wallet et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